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הטיעוני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וסימני לשון אופייניים לטקסט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עמדה, נימוק וטענת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 ראשון לצד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טענת נגד ואחריה 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 על העמדה או קריאה לפעולה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מטרתו לשכנע, לא רק למסור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הכרחי בפתיחת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מתמודדים עם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גוף ראשון נפוץ מאוד בטקסט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נאום נועד לשכנע את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טענת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(הדעה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(סיבה שתומכת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(דוגמה, נתון או ציטוט שמחזק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(דעה הפוכה שמתייחסים 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(בקשה מהקוראים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הטקסט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להאריך את ההפסקה הגדולה לחצי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הטענה שזמן הלמידה יתקצר; הכותב עונה שעדיף שיעור קצר וממוקד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ברורה, שימוש במילת עמדה כמו לדעתי, ניסוח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מבנה נכון של טענת נגד והפרכה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לשכנע את הקוראים בעמדה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עמדה, נימוקים עם ביסוס, התייחסות לטענת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הרשימה: לדעתי, ראשית, שנית, אמנם... אבל, לכן,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הטקסט לדוגמה על ההפסקה ולסמן בצבעים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טענת נגד והפרכה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ובנייה של טקסט טיעוני – טקסט שמטרתו לשכנע את הקוראים בעמדה מסוימת בעזרת נימוקים, ביסוסים והתייחסות לטענת נגד.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מטרת הטקסט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את הקוראים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מידע עובדתי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כתוב בדרך כלל הטקסט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לצד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גוף מדובר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בדרך כלל מופיע אחרי המילה "אמנם"?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טענת נגד ואחריה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זמנים דקדוקיים נפוצים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והווה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בדרך כלל מופיע בסיום הטקסט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העמדה או קריאה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טענת נגד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דמויות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הטיעוני נכתב בעיקר כדי למסור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הטיעוני מופיעה עמדה ברורה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"אמנם... אבל" משמש להצגת טענת נגד ולהפרכתה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להשתמש בגוף ראשון בטקסט טיעוני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נאום הוא דוגמה לטקסט טיעוני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הטיעוני נועד __________ את הקוראים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נימוק צריך __________ כמו דוגמה, נתון או 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"ראשית" ו"שנית" הן מילות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"אמנם... אבל" מציג __________ ואת ההפרכה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הטקסט הטיעוני יש חזרה על העמדה או __________ לפעולה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 הפוכה שמתייחסים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דוגמה, נתון או ציטוט שמחזק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בקשה מהקוראים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טענת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 שתומכת בעמדה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הדעה שהכותב מנסה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ניתוח הטקסט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העמדה של הכותב/ת בטקסט לדוגמה על ההפסקה?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טענת הנגד בטקסט, ואיך הכותב/ת מפריך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פתיחה לטקסט טיעוני בנושא שבחרתם, והציגו בה עמדה ברורה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"אמנם... אבל" המציג טענת נגד והפרכה לעמדה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העיקריים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למילת קישור המופיעה בטקסט טיעוני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טיעוני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