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טיעוני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 הטקסט הטיעוני ואת 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וסימני לשון אופייניים לטקסט טיעוני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של עמדה, נימוק וטענת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לשכנע את הקוראים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גוף ראשון לצד 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טענת נגד ואחריה הפרכה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הווה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חזרה על העמדה או קריאה לפעולה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מטרתו לשכנע, לא רק למסור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חלק הכרחי בפתיחת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מתמודדים עם הצד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גוף ראשון נפוץ מאוד בטקסט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נאום נועד לשכנע את הקהל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טענת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(הדעה שהכותב מנסה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(סיבה שתומכת בעמדה)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(דוגמה, נתון או ציטוט שמחזק 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(דעה הפוכה שמתייחסים אליה)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(בקשה מהקוראים לפעול)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ניתוח הטקסט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להאריך את ההפסקה הגדולה לחצי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הטענה שזמן הלמידה יתקצר; הכותב עונה שעדיף שיעור קצר וממוקד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עמדה ברורה, שימוש במילת עמדה כמו לדעתי, ניסוח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מבנה נכון של טענת נגד והפרכה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לשכנע את הקוראים בעמדה בעזרת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הצגת עמדה, נימוקים עם ביסוס, התייחסות לטענת נגד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מתוך הרשימה: לדעתי, ראשית, שנית, אמנם... אבל, לכן, לסיכום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יחד את הטקסט לדוגמה על ההפסקה ולסמן בצבעים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טענת נגד והפרכה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כקשים (skip_n)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טיעוני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מהו טקסט טיעוני. זה טקסט שמנסה לשכנע אותנו במשהו, בעזרת סיבות טובות ודוגמאות.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הדעה שהכותב רוצה לשכנע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שתומכת בעמדה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ביסוס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דוגמה, נתון או ציטוט שמחזק 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טענת 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הפוכה שמתייחסים אליה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למה טענת הנגד לא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קריאה לפעולה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מהקוראים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 גבוה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תקנית ורהוטה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נועד הטקסט הטיעוני?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לשעשע את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את הקוראים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למסור מידע עובדתי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מדבר בטקסט הטיעוני?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לצד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 גוף מדובר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בא אחרי המילה אמנם?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טענת נגד ואחריה 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זמן כתוב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עבר והווה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מסיימים טקסט 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העמדה או קריאה לפעולה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טענת נגד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דמויות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הטיעוני נכתב בעיקר כדי למסור מידע עובדתי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הטיעוני מופיעה עמדה ברורה של הכותב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"אמנם... אבל" משמש להצגת טענת נגד ולהפרכתה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להשתמש בגוף ראשון בטקסט טיעוני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נאום הוא דוגמה לטקסט טיעוני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הטיעוני נועד __________ את הקוראים בעמדה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נימוק צריך __________ כמו דוגמה, נתון או 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המילים "ראשית" ו"שנית" הן מילות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הביטוי "אמנם... אבל" מציג __________ ואת ההפרכה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בסיום הטקסט הטיעוני יש חזרה על העמדה או __________ לפעולה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דוגמה, נתון או ציטוט שמחזק 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דעה הפוכה שמתייחסים אליה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בקשה מהקוראים לפעול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טענת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הדעה שהכותב מנסה לשכנע 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קריאה לפעולה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סיבה שתומכת בעמדה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ניתוח הטקסט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העמדה של הכותב/ת בטקסט לדוגמה על ההפסקה?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טענת הנגד בטקסט, ואיך הכותב/ת מפריך אותה?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פתיחה לטקסט טיעוני בנושא שבחרתם, והציגו בה עמדה ברורה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"אמנם... אבל" המציג טענת נגד והפרכה לעמדה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הטקסט הטיעוני?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המבנה העיקריים של 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למילת קישור המופיעה בטקסט טיעוני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טיעוני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