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סוגי טקסטים – לכל טקסט יש מטרה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טקסט טיעוני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מטרת הטקסט הטיעוני ואת מבנהו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מילות קישור וסימני לשון אופייניים לטקסט טיעוני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כתיבה של עמדה, נימוק וטענת נגד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לשכנע את הקוראים בעמדה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טענת נגד ואחריה הפרכה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זהו חלק הכרחי בפתיחת 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מתמודדים עם הצד השני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לשכנע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קישור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מושגים להסברים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(הדעה שהכותב מנסה לשכנע 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(סיבה שתומכת בעמדה)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(בקשה מהקוראים לפעול)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ניתוח הטקסט לדוגמה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הטענה שזמן הלמידה יתקצר; הכותב עונה שעדיף שיעור קצר וממוקד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עצמאית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עמדה ברורה, שימוש במילת עמדה כמו לדעתי, ניסוח ברור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לשכנע את הקוראים בעמדה בעזרת נימוקים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הצגת עמדה, נימוקים עם ביסוס, התייחסות לטענת נגד וסיכום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מתוך הרשימה: לדעתי, ראשית, שנית, אמנם... אבל, לכן, לסיכום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לקרוא יחד את הטקסט לדוגמה על ההפסקה ולסמן בצבעים את חלקי המבנה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לתרגל בעל פה טענת נגד והפרכה לפני הכתיבה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לוותר על הפריטים המסומנים כקשים (skip_n) בהוראה מותאמת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סוגי טקסטים – לכל טקסט יש מטרה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טקסט טיעוני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נתרגל זיהוי ובנייה של טקסט טיעוני – טקסט שמטרתו לשכנע את הקוראים בעמדה מסוימת בעזרת נימוקים, ביסוסים והתייחסות לטענת נגד.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לשכנע  ·  קישור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מטרת הטקסט הטיעוני?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לשעשע את הקוראים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לשכנע את הקוראים בעמדה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למסור מידע עובדתי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בדרך כלל מופיע אחרי המילה "אמנם"?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נימוק נוסף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טענת נגד ואחריה הפרכה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סיכום הטקסט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בטקסט הטיעוני מופיעה עמדה ברורה של הכותב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הביטוי "אמנם... אבל" משמש להצגת טענת נגד ולהפרכתה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הטקסט הטיעוני נועד __________ את הקוראים בעמדה מסוימת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המילים "ראשית" ו"שנית" הן מילות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 בין מושגים להסברים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עמדה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בקשה מהקוראים לפעול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נימוק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הדעה שהכותב מנסה לשכנע 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קריאה לפעולה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סיבה שתומכת בעמדה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ניתוח הטקסט לדוגמה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מהי טענת הנגד בטקסט, ואיך הכותב/ת מפריך אותה?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פסקת פתיחה לטקסט טיעוני בנושא שבחרתם, והציגו בה עמדה ברורה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מטרת הטקסט הטיעוני?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מהם שלושת חלקי המבנה העיקריים של טקסט טיעוני?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טקסט טיעוני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